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43A8" w:rsidRDefault="00C5295B">
      <w:r>
        <w:rPr>
          <w:b/>
          <w:sz w:val="28"/>
        </w:rPr>
        <w:t>SZÜLŐI HOZZÁJÁRULÓ ÉS FELELŐSSÉGVÁLLALÁSI NYILATKOZAT</w:t>
      </w:r>
      <w:r>
        <w:br/>
      </w:r>
      <w:proofErr w:type="spellStart"/>
      <w:r>
        <w:t>Alulírott</w:t>
      </w:r>
      <w:proofErr w:type="spellEnd"/>
      <w:r>
        <w:br/>
      </w:r>
      <w:proofErr w:type="spellStart"/>
      <w:r>
        <w:t>Név</w:t>
      </w:r>
      <w:proofErr w:type="spellEnd"/>
      <w:r>
        <w:t>: __________________________________________</w:t>
      </w:r>
      <w:r>
        <w:br/>
      </w:r>
      <w:r>
        <w:br/>
      </w:r>
      <w:proofErr w:type="spellStart"/>
      <w:r>
        <w:t>Lakcím</w:t>
      </w:r>
      <w:proofErr w:type="spellEnd"/>
      <w:r>
        <w:t>: ________________________________________</w:t>
      </w:r>
      <w:r>
        <w:br/>
        <w:t>mint</w:t>
      </w:r>
      <w:r>
        <w:br/>
      </w:r>
      <w:proofErr w:type="spellStart"/>
      <w:r>
        <w:t>Gyermek</w:t>
      </w:r>
      <w:proofErr w:type="spellEnd"/>
      <w:r>
        <w:t xml:space="preserve"> neve: _________________________________</w:t>
      </w:r>
      <w:r>
        <w:br/>
      </w:r>
      <w:r>
        <w:br/>
        <w:t xml:space="preserve">Születési ideje: </w:t>
      </w:r>
      <w:r>
        <w:t>________________________________</w:t>
      </w:r>
      <w:r>
        <w:br/>
      </w:r>
      <w:r>
        <w:br/>
        <w:t>törvényes képviselője nyilatkozom, hogy hozzájárulok ahhoz, hogy gyermekem részt vegyen a</w:t>
      </w:r>
      <w:r>
        <w:br/>
        <w:t>JÁSZFÉNYSZARUI PUMPAPÁLYA DIÁ</w:t>
      </w:r>
      <w:r w:rsidR="00661C55">
        <w:t xml:space="preserve">KVERSRENY </w:t>
      </w:r>
      <w:proofErr w:type="spellStart"/>
      <w:r>
        <w:t>elnevezésű</w:t>
      </w:r>
      <w:proofErr w:type="spellEnd"/>
      <w:r>
        <w:t xml:space="preserve"> </w:t>
      </w:r>
      <w:proofErr w:type="spellStart"/>
      <w:r w:rsidR="002162B6">
        <w:t>versenyen</w:t>
      </w:r>
      <w:proofErr w:type="spellEnd"/>
      <w:r>
        <w:t>.</w:t>
      </w:r>
      <w:r>
        <w:br/>
      </w:r>
      <w:r>
        <w:br/>
        <w:t>Nyilatkozom, hogy gyermekem egészségi állapota a rendezvényen való rész</w:t>
      </w:r>
      <w:r>
        <w:t xml:space="preserve">vételre </w:t>
      </w:r>
      <w:bookmarkStart w:id="0" w:name="_GoBack"/>
      <w:bookmarkEnd w:id="0"/>
      <w:r>
        <w:t xml:space="preserve">alkalmas, olyan betegséggel vagy sérüléssel nem rendelkezik, amely a biztonságos részvételt </w:t>
      </w:r>
      <w:proofErr w:type="spellStart"/>
      <w:r>
        <w:t>akadályozná</w:t>
      </w:r>
      <w:proofErr w:type="spellEnd"/>
      <w:r>
        <w:t>.</w:t>
      </w:r>
      <w:r>
        <w:br/>
      </w:r>
      <w:r>
        <w:br/>
        <w:t>Tudomásul veszem, hogy a kerékpározás és a pumpapálya használata fokozott figyelmet igénylő sporttevékenység, amely megfelelő óvatosság mellet</w:t>
      </w:r>
      <w:r>
        <w:t>t is magában hordozza a sérülés lehetőségét.</w:t>
      </w:r>
      <w:r>
        <w:br/>
      </w:r>
      <w:r>
        <w:br/>
        <w:t>Vállalom, hogy gyermekem a rendezvény szabályait betartja, a szervezők utasításait követi, valamint a kötelező védőfelszereléseket (bukósisak) használja.</w:t>
      </w:r>
      <w:r>
        <w:br/>
      </w:r>
      <w:r>
        <w:br/>
        <w:t>Tudomásul veszem, hogy a szervezők a résztvevők biztons</w:t>
      </w:r>
      <w:r>
        <w:t>ága érdekében minden ésszerű intézkedést megtesznek, ugyanakkor a sporttevékenység jellegéből fakadó, elkerülhetetlen balesetekért felelősség nem terheli őket.</w:t>
      </w:r>
      <w:r>
        <w:br/>
      </w:r>
      <w:r>
        <w:br/>
        <w:t>Hozzájárulok / nem járulok hozzá* ahhoz, hogy gyermekemről a rendezvény során fénykép- és videó</w:t>
      </w:r>
      <w:r>
        <w:t xml:space="preserve">felvétel készüljön, amelyet a szervezők a rendezvény dokumentálása </w:t>
      </w:r>
      <w:proofErr w:type="spellStart"/>
      <w:r>
        <w:t>és</w:t>
      </w:r>
      <w:proofErr w:type="spellEnd"/>
      <w:r>
        <w:t xml:space="preserve"> </w:t>
      </w:r>
      <w:proofErr w:type="spellStart"/>
      <w:r>
        <w:t>népszerűsítése</w:t>
      </w:r>
      <w:proofErr w:type="spellEnd"/>
      <w:r>
        <w:t xml:space="preserve"> </w:t>
      </w:r>
      <w:proofErr w:type="spellStart"/>
      <w:r>
        <w:t>céljából</w:t>
      </w:r>
      <w:proofErr w:type="spellEnd"/>
      <w:r>
        <w:t xml:space="preserve"> </w:t>
      </w:r>
      <w:proofErr w:type="spellStart"/>
      <w:r>
        <w:t>felhasználhatnak</w:t>
      </w:r>
      <w:proofErr w:type="spellEnd"/>
      <w:r>
        <w:t>.</w:t>
      </w:r>
      <w:r>
        <w:br/>
        <w:t>(* A nem kívánt rész törlendő.)</w:t>
      </w:r>
      <w:r>
        <w:br/>
      </w:r>
      <w:r>
        <w:br/>
        <w:t>Kijelentem, hogy a fenti nyilatkozatot elolvastam, megértettem, és azt önként írom alá.</w:t>
      </w:r>
      <w:r>
        <w:br/>
      </w:r>
      <w:r>
        <w:br/>
        <w:t>Kelt: _______________</w:t>
      </w:r>
      <w:r>
        <w:t>________</w:t>
      </w:r>
      <w:r>
        <w:br/>
      </w:r>
      <w:r>
        <w:br/>
        <w:t>________________________________</w:t>
      </w:r>
      <w:r>
        <w:br/>
        <w:t>Szülő / törvényes képviselő aláírása</w:t>
      </w:r>
      <w:r>
        <w:br/>
      </w:r>
      <w:r>
        <w:br/>
        <w:t>Telefonszám: ____________________</w:t>
      </w:r>
      <w:r>
        <w:br/>
      </w:r>
    </w:p>
    <w:sectPr w:rsidR="00CA43A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62B6"/>
    <w:rsid w:val="0029639D"/>
    <w:rsid w:val="00326F90"/>
    <w:rsid w:val="00444E10"/>
    <w:rsid w:val="00661C55"/>
    <w:rsid w:val="00AA1D8D"/>
    <w:rsid w:val="00B31492"/>
    <w:rsid w:val="00B47730"/>
    <w:rsid w:val="00C5295B"/>
    <w:rsid w:val="00CA43A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633E89"/>
  <w14:defaultImageDpi w14:val="300"/>
  <w15:docId w15:val="{043CA5F9-87EF-46CC-9631-24AB406DA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114DF8-363C-47C2-B367-B7DD1BC0D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uszoda</cp:lastModifiedBy>
  <cp:revision>6</cp:revision>
  <dcterms:created xsi:type="dcterms:W3CDTF">2013-12-23T23:15:00Z</dcterms:created>
  <dcterms:modified xsi:type="dcterms:W3CDTF">2026-06-12T17:47:00Z</dcterms:modified>
  <cp:category/>
</cp:coreProperties>
</file>